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8391" w14:textId="25338032" w:rsidR="00EF3B7D" w:rsidRPr="007B4BAE" w:rsidRDefault="00D31B66" w:rsidP="00ED3591">
      <w:pPr>
        <w:spacing w:after="0" w:line="240" w:lineRule="auto"/>
        <w:rPr>
          <w:rFonts w:ascii="Arial Narrow" w:hAnsi="Arial Narrow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35E3C292" wp14:editId="09440BCD">
            <wp:simplePos x="0" y="0"/>
            <wp:positionH relativeFrom="column">
              <wp:posOffset>5156835</wp:posOffset>
            </wp:positionH>
            <wp:positionV relativeFrom="paragraph">
              <wp:posOffset>-54610</wp:posOffset>
            </wp:positionV>
            <wp:extent cx="980440" cy="1046480"/>
            <wp:effectExtent l="0" t="0" r="0" b="1270"/>
            <wp:wrapTight wrapText="bothSides">
              <wp:wrapPolygon edited="0">
                <wp:start x="0" y="0"/>
                <wp:lineTo x="0" y="21233"/>
                <wp:lineTo x="20984" y="21233"/>
                <wp:lineTo x="20984" y="0"/>
                <wp:lineTo x="0" y="0"/>
              </wp:wrapPolygon>
            </wp:wrapTight>
            <wp:docPr id="7455207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180"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68C812A1" wp14:editId="3066760F">
            <wp:simplePos x="0" y="0"/>
            <wp:positionH relativeFrom="column">
              <wp:posOffset>-9525</wp:posOffset>
            </wp:positionH>
            <wp:positionV relativeFrom="paragraph">
              <wp:posOffset>-5080</wp:posOffset>
            </wp:positionV>
            <wp:extent cx="821690" cy="821690"/>
            <wp:effectExtent l="0" t="0" r="0" b="0"/>
            <wp:wrapTight wrapText="bothSides">
              <wp:wrapPolygon edited="0">
                <wp:start x="0" y="0"/>
                <wp:lineTo x="0" y="21032"/>
                <wp:lineTo x="21032" y="21032"/>
                <wp:lineTo x="21032" y="0"/>
                <wp:lineTo x="0" y="0"/>
              </wp:wrapPolygon>
            </wp:wrapTight>
            <wp:docPr id="56276090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180" w:rsidRPr="007B4BAE">
        <w:rPr>
          <w:rFonts w:ascii="Arial Narrow" w:hAnsi="Arial Narrow"/>
          <w:b/>
          <w:sz w:val="28"/>
          <w:szCs w:val="28"/>
        </w:rPr>
        <w:t>ZŠ KUNRATICE  /  ŠKOLNÍ PARLAMENT</w:t>
      </w:r>
    </w:p>
    <w:p w14:paraId="561D5ACB" w14:textId="40457A4E" w:rsidR="00EF3B7D" w:rsidRPr="007B4BAE" w:rsidRDefault="003A10DB" w:rsidP="00ED3591">
      <w:pPr>
        <w:spacing w:after="0" w:line="240" w:lineRule="auto"/>
        <w:rPr>
          <w:rFonts w:ascii="Arial Narrow" w:hAnsi="Arial Narrow"/>
          <w:sz w:val="48"/>
          <w:szCs w:val="48"/>
        </w:rPr>
      </w:pPr>
      <w:r w:rsidRPr="007B4BAE">
        <w:rPr>
          <w:rFonts w:ascii="Arial Narrow" w:hAnsi="Arial Narrow"/>
          <w:b/>
          <w:sz w:val="48"/>
          <w:szCs w:val="48"/>
        </w:rPr>
        <w:t>VÝJEZD, KTERÝ NÁS PROPOJÍ</w:t>
      </w:r>
    </w:p>
    <w:p w14:paraId="3F31072C" w14:textId="4E66EB6D" w:rsidR="00EF3B7D" w:rsidRPr="007B4BAE" w:rsidRDefault="003A10DB" w:rsidP="00ED3591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7B4BAE">
        <w:rPr>
          <w:rFonts w:ascii="Arial Narrow" w:hAnsi="Arial Narrow"/>
          <w:b/>
          <w:sz w:val="24"/>
          <w:szCs w:val="24"/>
        </w:rPr>
        <w:t>Dva dny v Sedlčanech • setkání školních parlamentů</w:t>
      </w:r>
    </w:p>
    <w:p w14:paraId="12EEA414" w14:textId="0E020498" w:rsidR="00ED3591" w:rsidRPr="007B4BAE" w:rsidRDefault="00ED3591" w:rsidP="00ED3591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6ECEC43" w14:textId="37056AAE" w:rsidR="00EF3B7D" w:rsidRPr="006A4B0B" w:rsidRDefault="003A10DB" w:rsidP="00ED3591">
      <w:pPr>
        <w:spacing w:after="0" w:line="240" w:lineRule="auto"/>
        <w:rPr>
          <w:rFonts w:ascii="Arial Narrow" w:hAnsi="Arial Narrow"/>
          <w:b/>
          <w:bCs/>
          <w:sz w:val="24"/>
          <w:szCs w:val="24"/>
          <w:lang w:val="pt-PT"/>
        </w:rPr>
      </w:pPr>
      <w:r w:rsidRPr="006A4B0B">
        <w:rPr>
          <w:rFonts w:ascii="Arial Narrow" w:hAnsi="Arial Narrow"/>
          <w:b/>
          <w:bCs/>
          <w:sz w:val="24"/>
          <w:szCs w:val="24"/>
          <w:lang w:val="pt-PT"/>
        </w:rPr>
        <w:t>Milé parlamenťačky, milí parlamenťáci, milí rodiče,</w:t>
      </w:r>
    </w:p>
    <w:p w14:paraId="2CCCF7EC" w14:textId="77777777" w:rsidR="00ED3591" w:rsidRPr="006A4B0B" w:rsidRDefault="00ED3591" w:rsidP="00ED3591">
      <w:pPr>
        <w:spacing w:after="0" w:line="240" w:lineRule="auto"/>
        <w:rPr>
          <w:rFonts w:ascii="Arial Narrow" w:hAnsi="Arial Narrow"/>
          <w:sz w:val="10"/>
          <w:szCs w:val="10"/>
          <w:lang w:val="pt-PT"/>
        </w:rPr>
      </w:pPr>
    </w:p>
    <w:p w14:paraId="5A30B8E7" w14:textId="196C81C3" w:rsidR="00EF3B7D" w:rsidRPr="006A4B0B" w:rsidRDefault="32A150F0" w:rsidP="4C25DE1C">
      <w:pPr>
        <w:spacing w:after="0"/>
        <w:rPr>
          <w:rFonts w:ascii="Arial Narrow" w:hAnsi="Arial Narrow"/>
          <w:sz w:val="24"/>
          <w:szCs w:val="24"/>
          <w:lang w:val="pt-PT"/>
        </w:rPr>
      </w:pPr>
      <w:r w:rsidRPr="006A4B0B">
        <w:rPr>
          <w:rFonts w:ascii="Arial Narrow" w:hAnsi="Arial Narrow"/>
          <w:sz w:val="24"/>
          <w:szCs w:val="24"/>
          <w:lang w:val="pt-PT"/>
        </w:rPr>
        <w:t>v</w:t>
      </w:r>
      <w:r w:rsidR="0B276E55" w:rsidRPr="006A4B0B">
        <w:rPr>
          <w:rFonts w:ascii="Arial Narrow" w:hAnsi="Arial Narrow"/>
          <w:sz w:val="24"/>
          <w:szCs w:val="24"/>
          <w:lang w:val="pt-PT"/>
        </w:rPr>
        <w:t xml:space="preserve">yrážíme na první společný výjezd školního parlamentu v tomto školním roce! Naším cílem je </w:t>
      </w:r>
      <w:hyperlink r:id="rId10">
        <w:r w:rsidR="2C0E2E00" w:rsidRPr="006A4B0B">
          <w:rPr>
            <w:rStyle w:val="Hypertextovodkaz"/>
            <w:rFonts w:ascii="Arial Narrow" w:hAnsi="Arial Narrow"/>
            <w:b/>
            <w:bCs/>
            <w:sz w:val="24"/>
            <w:szCs w:val="24"/>
            <w:lang w:val="pt-PT"/>
          </w:rPr>
          <w:t>2. ZŠ Propojení v Sedlčanech</w:t>
        </w:r>
      </w:hyperlink>
      <w:r w:rsidR="0B276E55" w:rsidRPr="006A4B0B">
        <w:rPr>
          <w:rFonts w:ascii="Arial Narrow" w:hAnsi="Arial Narrow"/>
          <w:sz w:val="24"/>
          <w:szCs w:val="24"/>
          <w:lang w:val="pt-PT"/>
        </w:rPr>
        <w:t>, se kterou dlouhodobě spolupracujeme a kterou náš parlament již v minulosti navštívil. Setkáme se s tamním školním parlamentem, poznáme jejich školu i nápady a společně budeme přemýšlet, co chceme rozvíjet u nás v Kunraticích.</w:t>
      </w:r>
      <w:r w:rsidR="266EFE80" w:rsidRPr="006A4B0B">
        <w:rPr>
          <w:lang w:val="pt-PT"/>
        </w:rPr>
        <w:t xml:space="preserve"> </w:t>
      </w:r>
    </w:p>
    <w:p w14:paraId="1A326BB5" w14:textId="3CC15CEA" w:rsidR="00EF3B7D" w:rsidRPr="006A4B0B" w:rsidRDefault="7DB332F9" w:rsidP="4C25DE1C">
      <w:pPr>
        <w:spacing w:after="0"/>
        <w:rPr>
          <w:rFonts w:ascii="Arial Narrow" w:hAnsi="Arial Narrow"/>
          <w:sz w:val="24"/>
          <w:szCs w:val="24"/>
          <w:lang w:val="pt-PT"/>
        </w:rPr>
      </w:pPr>
      <w:r w:rsidRPr="006A4B0B">
        <w:rPr>
          <w:rFonts w:ascii="Arial Narrow" w:hAnsi="Arial Narrow"/>
          <w:sz w:val="24"/>
          <w:szCs w:val="24"/>
          <w:lang w:val="pt-PT"/>
        </w:rPr>
        <w:t>Čekají nás dva dny rozhovorů, plánování, spolupráce a zážitků. Výjezd nám pomůže poznat se napříč třídami, stmelit tým a proměnit skupinu zvolených zástupců v parlament, který dokáže společně něco změnit.</w:t>
      </w:r>
    </w:p>
    <w:p w14:paraId="523F8C57" w14:textId="08114DD8" w:rsidR="00ED3591" w:rsidRPr="006A4B0B" w:rsidRDefault="00ED3591" w:rsidP="00ED3591">
      <w:pPr>
        <w:spacing w:after="0" w:line="240" w:lineRule="auto"/>
        <w:rPr>
          <w:rFonts w:ascii="Arial Narrow" w:hAnsi="Arial Narrow"/>
          <w:b/>
          <w:color w:val="0C5B6B"/>
          <w:sz w:val="10"/>
          <w:szCs w:val="10"/>
          <w:lang w:val="pt-PT"/>
        </w:rPr>
      </w:pPr>
    </w:p>
    <w:p w14:paraId="1B5AC6EA" w14:textId="1631E706" w:rsidR="00EF3B7D" w:rsidRPr="000E44E5" w:rsidRDefault="7DB332F9" w:rsidP="4C25DE1C">
      <w:pPr>
        <w:spacing w:line="240" w:lineRule="auto"/>
        <w:rPr>
          <w:rFonts w:ascii="Arial Narrow" w:hAnsi="Arial Narrow"/>
          <w:sz w:val="28"/>
          <w:szCs w:val="28"/>
          <w:lang w:val="pl-PL"/>
        </w:rPr>
      </w:pPr>
      <w:r w:rsidRPr="006A4B0B">
        <w:rPr>
          <w:rFonts w:ascii="Arial Narrow" w:hAnsi="Arial Narrow"/>
          <w:b/>
          <w:bCs/>
          <w:color w:val="0C5B6B"/>
          <w:sz w:val="28"/>
          <w:szCs w:val="28"/>
          <w:lang w:val="pl-PL"/>
        </w:rPr>
        <w:t>Kdy, odkud a za kolik</w:t>
      </w:r>
      <w:r w:rsidR="000E44E5">
        <w:rPr>
          <w:rFonts w:ascii="Arial Narrow" w:hAnsi="Arial Narrow"/>
          <w:b/>
          <w:bCs/>
          <w:color w:val="0C5B6B"/>
          <w:sz w:val="28"/>
          <w:szCs w:val="28"/>
          <w:lang w:val="pl-PL"/>
        </w:rPr>
        <w:tab/>
      </w:r>
      <w:r w:rsidR="000E44E5">
        <w:rPr>
          <w:rFonts w:ascii="Arial Narrow" w:hAnsi="Arial Narrow"/>
          <w:b/>
          <w:bCs/>
          <w:color w:val="0C5B6B"/>
          <w:sz w:val="28"/>
          <w:szCs w:val="28"/>
          <w:lang w:val="pl-PL"/>
        </w:rPr>
        <w:tab/>
      </w:r>
      <w:r w:rsidR="000E44E5">
        <w:rPr>
          <w:rFonts w:ascii="Arial Narrow" w:hAnsi="Arial Narrow"/>
          <w:b/>
          <w:bCs/>
          <w:color w:val="0C5B6B"/>
          <w:sz w:val="28"/>
          <w:szCs w:val="28"/>
          <w:lang w:val="pl-PL"/>
        </w:rPr>
        <w:tab/>
      </w:r>
      <w:r w:rsidR="000E44E5">
        <w:rPr>
          <w:rFonts w:ascii="Arial Narrow" w:hAnsi="Arial Narrow"/>
          <w:b/>
          <w:bCs/>
          <w:color w:val="0C5B6B"/>
          <w:sz w:val="28"/>
          <w:szCs w:val="28"/>
          <w:lang w:val="pl-PL"/>
        </w:rPr>
        <w:tab/>
      </w:r>
      <w:r w:rsidR="000E44E5">
        <w:rPr>
          <w:rFonts w:ascii="Arial Narrow" w:hAnsi="Arial Narrow"/>
          <w:b/>
          <w:bCs/>
          <w:color w:val="0C5B6B"/>
          <w:sz w:val="28"/>
          <w:szCs w:val="28"/>
          <w:lang w:val="pl-PL"/>
        </w:rPr>
        <w:tab/>
        <w:t xml:space="preserve">Číslo akce: </w:t>
      </w:r>
      <w:r w:rsidR="000E44E5" w:rsidRPr="000E44E5">
        <w:rPr>
          <w:rFonts w:ascii="Arial Narrow" w:hAnsi="Arial Narrow"/>
          <w:b/>
          <w:bCs/>
          <w:color w:val="0C5B6B"/>
          <w:sz w:val="28"/>
          <w:szCs w:val="28"/>
          <w:lang w:val="pl-PL"/>
        </w:rPr>
        <w:t>20265</w:t>
      </w:r>
      <w:r w:rsidR="00656785">
        <w:rPr>
          <w:rFonts w:ascii="Arial Narrow" w:hAnsi="Arial Narrow"/>
          <w:b/>
          <w:bCs/>
          <w:color w:val="0C5B6B"/>
          <w:sz w:val="28"/>
          <w:szCs w:val="28"/>
          <w:lang w:val="pl-PL"/>
        </w:rPr>
        <w:t>5</w:t>
      </w:r>
    </w:p>
    <w:p w14:paraId="048DAF6A" w14:textId="13F4F75B" w:rsidR="00EF3B7D" w:rsidRPr="006A4B0B" w:rsidRDefault="7DB332F9" w:rsidP="4C25DE1C">
      <w:pPr>
        <w:spacing w:after="0" w:line="360" w:lineRule="auto"/>
        <w:rPr>
          <w:rFonts w:ascii="Arial Narrow" w:hAnsi="Arial Narrow"/>
          <w:b/>
          <w:bCs/>
          <w:sz w:val="24"/>
          <w:szCs w:val="24"/>
          <w:lang w:val="pl-PL"/>
        </w:rPr>
      </w:pPr>
      <w:r w:rsidRPr="006A4B0B">
        <w:rPr>
          <w:rFonts w:ascii="Arial Narrow" w:hAnsi="Arial Narrow"/>
          <w:b/>
          <w:bCs/>
          <w:sz w:val="24"/>
          <w:szCs w:val="24"/>
          <w:lang w:val="pl-PL"/>
        </w:rPr>
        <w:t xml:space="preserve">Termín: </w:t>
      </w:r>
      <w:r w:rsidR="1210E8B8" w:rsidRPr="006A4B0B">
        <w:rPr>
          <w:rFonts w:ascii="Arial Narrow" w:hAnsi="Arial Narrow"/>
          <w:b/>
          <w:bCs/>
          <w:sz w:val="24"/>
          <w:szCs w:val="24"/>
          <w:lang w:val="pl-PL"/>
        </w:rPr>
        <w:t>středa 4.11.</w:t>
      </w:r>
      <w:r w:rsidRPr="006A4B0B">
        <w:rPr>
          <w:rFonts w:ascii="Arial Narrow" w:hAnsi="Arial Narrow"/>
          <w:b/>
          <w:bCs/>
          <w:sz w:val="24"/>
          <w:szCs w:val="24"/>
          <w:lang w:val="pl-PL"/>
        </w:rPr>
        <w:t xml:space="preserve"> až </w:t>
      </w:r>
      <w:r w:rsidR="55CDC778" w:rsidRPr="006A4B0B">
        <w:rPr>
          <w:rFonts w:ascii="Arial Narrow" w:hAnsi="Arial Narrow"/>
          <w:b/>
          <w:bCs/>
          <w:sz w:val="24"/>
          <w:szCs w:val="24"/>
          <w:lang w:val="pl-PL"/>
        </w:rPr>
        <w:t>čtvrtek 5.11.2026</w:t>
      </w:r>
      <w:r w:rsidRPr="006A4B0B">
        <w:rPr>
          <w:rFonts w:ascii="Arial Narrow" w:hAnsi="Arial Narrow"/>
          <w:b/>
          <w:bCs/>
          <w:sz w:val="24"/>
          <w:szCs w:val="24"/>
          <w:lang w:val="pl-PL"/>
        </w:rPr>
        <w:t xml:space="preserve"> (2 dny / 1 noc)</w:t>
      </w:r>
    </w:p>
    <w:p w14:paraId="3470FA30" w14:textId="7F30F910" w:rsidR="008D379B" w:rsidRPr="006A4B0B" w:rsidRDefault="7DB332F9" w:rsidP="4C25DE1C">
      <w:pPr>
        <w:spacing w:after="0" w:line="360" w:lineRule="auto"/>
        <w:rPr>
          <w:rFonts w:ascii="Arial Narrow" w:hAnsi="Arial Narrow"/>
          <w:b/>
          <w:bCs/>
          <w:sz w:val="24"/>
          <w:szCs w:val="24"/>
          <w:lang w:val="pl-PL"/>
        </w:rPr>
      </w:pPr>
      <w:r w:rsidRPr="006A4B0B">
        <w:rPr>
          <w:rFonts w:ascii="Arial Narrow" w:hAnsi="Arial Narrow"/>
          <w:b/>
          <w:bCs/>
          <w:sz w:val="24"/>
          <w:szCs w:val="24"/>
          <w:lang w:val="pl-PL"/>
        </w:rPr>
        <w:t>Sraz: ráno před ZŠ Kunratice v</w:t>
      </w:r>
      <w:r w:rsidR="55CDC778" w:rsidRPr="006A4B0B">
        <w:rPr>
          <w:rFonts w:ascii="Arial Narrow" w:hAnsi="Arial Narrow"/>
          <w:b/>
          <w:bCs/>
          <w:sz w:val="24"/>
          <w:szCs w:val="24"/>
          <w:lang w:val="pl-PL"/>
        </w:rPr>
        <w:t>7:45</w:t>
      </w:r>
      <w:r w:rsidRPr="006A4B0B">
        <w:rPr>
          <w:rFonts w:ascii="Arial Narrow" w:hAnsi="Arial Narrow"/>
          <w:b/>
          <w:bCs/>
          <w:sz w:val="24"/>
          <w:szCs w:val="24"/>
          <w:lang w:val="pl-PL"/>
        </w:rPr>
        <w:t xml:space="preserve"> hod.  </w:t>
      </w:r>
      <w:r w:rsidR="342AD7BB" w:rsidRPr="006A4B0B">
        <w:rPr>
          <w:rFonts w:ascii="Arial Narrow" w:hAnsi="Arial Narrow"/>
          <w:b/>
          <w:bCs/>
          <w:sz w:val="24"/>
          <w:szCs w:val="24"/>
          <w:lang w:val="pl-PL"/>
        </w:rPr>
        <w:t>Vlakem do Sedlčan.</w:t>
      </w:r>
    </w:p>
    <w:p w14:paraId="4A8F3605" w14:textId="335D5C2E" w:rsidR="00EF3B7D" w:rsidRPr="006A4B0B" w:rsidRDefault="7DB332F9" w:rsidP="4C25DE1C">
      <w:pPr>
        <w:spacing w:after="0" w:line="360" w:lineRule="auto"/>
        <w:rPr>
          <w:lang w:val="pl-PL"/>
        </w:rPr>
      </w:pPr>
      <w:r w:rsidRPr="006A4B0B">
        <w:rPr>
          <w:rFonts w:ascii="Arial Narrow" w:hAnsi="Arial Narrow"/>
          <w:b/>
          <w:bCs/>
          <w:sz w:val="24"/>
          <w:szCs w:val="24"/>
          <w:lang w:val="pl-PL"/>
        </w:rPr>
        <w:t xml:space="preserve">Návrat: </w:t>
      </w:r>
      <w:r w:rsidR="49686181" w:rsidRPr="006A4B0B">
        <w:rPr>
          <w:rFonts w:ascii="Arial Narrow" w:hAnsi="Arial Narrow"/>
          <w:b/>
          <w:bCs/>
          <w:sz w:val="24"/>
          <w:szCs w:val="24"/>
          <w:lang w:val="pl-PL"/>
        </w:rPr>
        <w:t>15:00</w:t>
      </w:r>
      <w:r w:rsidRPr="006A4B0B">
        <w:rPr>
          <w:rFonts w:ascii="Arial Narrow" w:hAnsi="Arial Narrow"/>
          <w:b/>
          <w:bCs/>
          <w:sz w:val="24"/>
          <w:szCs w:val="24"/>
          <w:lang w:val="pl-PL"/>
        </w:rPr>
        <w:t xml:space="preserve"> hod. (</w:t>
      </w:r>
      <w:r w:rsidR="3DC6A49A" w:rsidRPr="006A4B0B">
        <w:rPr>
          <w:rFonts w:ascii="Arial Narrow" w:hAnsi="Arial Narrow"/>
          <w:b/>
          <w:bCs/>
          <w:sz w:val="24"/>
          <w:szCs w:val="24"/>
          <w:lang w:val="pl-PL"/>
        </w:rPr>
        <w:t>případně přijde infomace</w:t>
      </w:r>
      <w:r w:rsidRPr="006A4B0B">
        <w:rPr>
          <w:rFonts w:ascii="Arial Narrow" w:hAnsi="Arial Narrow"/>
          <w:b/>
          <w:bCs/>
          <w:sz w:val="24"/>
          <w:szCs w:val="24"/>
          <w:lang w:val="pl-PL"/>
        </w:rPr>
        <w:t>)</w:t>
      </w:r>
    </w:p>
    <w:p w14:paraId="055DBFB6" w14:textId="30E9D1CE" w:rsidR="00EF3B7D" w:rsidRPr="006A4B0B" w:rsidRDefault="2931B7A7" w:rsidP="00ED3591">
      <w:pPr>
        <w:spacing w:after="0" w:line="240" w:lineRule="auto"/>
        <w:rPr>
          <w:rFonts w:ascii="Arial Narrow" w:hAnsi="Arial Narrow"/>
          <w:sz w:val="24"/>
          <w:szCs w:val="24"/>
          <w:lang w:val="pl-PL"/>
        </w:rPr>
      </w:pPr>
      <w:r w:rsidRPr="006A4B0B">
        <w:rPr>
          <w:rFonts w:ascii="Arial Narrow" w:hAnsi="Arial Narrow"/>
          <w:b/>
          <w:bCs/>
          <w:sz w:val="24"/>
          <w:szCs w:val="24"/>
          <w:lang w:val="pl-PL"/>
        </w:rPr>
        <w:t>Účastnický poplatek</w:t>
      </w:r>
      <w:r w:rsidRPr="006A4B0B">
        <w:rPr>
          <w:rFonts w:ascii="Arial Narrow" w:hAnsi="Arial Narrow"/>
          <w:sz w:val="24"/>
          <w:szCs w:val="24"/>
          <w:lang w:val="pl-PL"/>
        </w:rPr>
        <w:t xml:space="preserve">: </w:t>
      </w:r>
      <w:r w:rsidRPr="006A4B0B">
        <w:rPr>
          <w:rFonts w:ascii="Arial Narrow" w:hAnsi="Arial Narrow"/>
          <w:b/>
          <w:bCs/>
          <w:sz w:val="24"/>
          <w:szCs w:val="24"/>
          <w:lang w:val="pl-PL"/>
        </w:rPr>
        <w:t>350 Kč</w:t>
      </w:r>
      <w:r w:rsidRPr="006A4B0B">
        <w:rPr>
          <w:rFonts w:ascii="Arial Narrow" w:hAnsi="Arial Narrow"/>
          <w:sz w:val="24"/>
          <w:szCs w:val="24"/>
          <w:lang w:val="pl-PL"/>
        </w:rPr>
        <w:t xml:space="preserve"> za žáka. </w:t>
      </w:r>
      <w:r w:rsidR="7DB332F9" w:rsidRPr="006A4B0B">
        <w:rPr>
          <w:rFonts w:ascii="Arial Narrow" w:hAnsi="Arial Narrow"/>
          <w:sz w:val="24"/>
          <w:szCs w:val="24"/>
          <w:lang w:val="pl-PL"/>
        </w:rPr>
        <w:t>Uhradit na základě platebního předpisu v EduPage, ideálně pomocí QR kódu.</w:t>
      </w:r>
      <w:r w:rsidR="428CB7DF" w:rsidRPr="006A4B0B">
        <w:rPr>
          <w:rFonts w:ascii="Arial Narrow" w:hAnsi="Arial Narrow"/>
          <w:sz w:val="24"/>
          <w:szCs w:val="24"/>
          <w:lang w:val="pl-PL"/>
        </w:rPr>
        <w:t xml:space="preserve"> Část nákladů hradí škola.</w:t>
      </w:r>
    </w:p>
    <w:p w14:paraId="753273A0" w14:textId="2B0335DA" w:rsidR="00ED3591" w:rsidRPr="001D046D" w:rsidRDefault="00ED3591" w:rsidP="00ED3591">
      <w:pPr>
        <w:spacing w:after="0" w:line="240" w:lineRule="auto"/>
        <w:rPr>
          <w:rFonts w:ascii="Arial Narrow" w:hAnsi="Arial Narrow"/>
          <w:b/>
          <w:color w:val="0C5B6B"/>
          <w:sz w:val="4"/>
          <w:szCs w:val="4"/>
          <w:lang w:val="pl-PL"/>
        </w:rPr>
      </w:pPr>
    </w:p>
    <w:p w14:paraId="78906BE0" w14:textId="2387954F" w:rsidR="00EF3B7D" w:rsidRPr="006A4B0B" w:rsidRDefault="003A10DB" w:rsidP="00ED3591">
      <w:pPr>
        <w:spacing w:after="0" w:line="240" w:lineRule="auto"/>
        <w:rPr>
          <w:rFonts w:ascii="Arial Narrow" w:hAnsi="Arial Narrow"/>
          <w:sz w:val="28"/>
          <w:szCs w:val="28"/>
          <w:lang w:val="pl-PL"/>
        </w:rPr>
      </w:pPr>
      <w:r w:rsidRPr="006A4B0B">
        <w:rPr>
          <w:rFonts w:ascii="Arial Narrow" w:hAnsi="Arial Narrow"/>
          <w:b/>
          <w:color w:val="0C5B6B"/>
          <w:sz w:val="28"/>
          <w:szCs w:val="28"/>
          <w:lang w:val="pl-PL"/>
        </w:rPr>
        <w:t>Co spolu zažijeme</w:t>
      </w:r>
    </w:p>
    <w:p w14:paraId="57876A82" w14:textId="4034BE76" w:rsidR="00EF3B7D" w:rsidRPr="006A4B0B" w:rsidRDefault="7DB332F9" w:rsidP="4C25DE1C">
      <w:pPr>
        <w:spacing w:after="0"/>
        <w:rPr>
          <w:rFonts w:ascii="Arial Narrow" w:hAnsi="Arial Narrow"/>
          <w:sz w:val="24"/>
          <w:szCs w:val="24"/>
          <w:lang w:val="pl-PL"/>
        </w:rPr>
      </w:pPr>
      <w:r w:rsidRPr="006A4B0B">
        <w:rPr>
          <w:rFonts w:ascii="Arial Narrow" w:hAnsi="Arial Narrow"/>
          <w:sz w:val="24"/>
          <w:szCs w:val="24"/>
          <w:lang w:val="pl-PL"/>
        </w:rPr>
        <w:t>Poznáme školu Propojení a její parlament, porovnáme nápady a zkušenosti, naplánujeme práci našeho parlamentu. Společně budeme snídat, obědvat ve školní jídelně a připravovat večeři. Vrcholem večera bude pečení vlastních pizz a naše „pirátská hostina“: každý může dobrovolně přivézt drobnou dobrotu na společný stůl, o kterou se podělíme. Prosíme o označení alergenů u domácích jídel.</w:t>
      </w:r>
    </w:p>
    <w:p w14:paraId="04612E44" w14:textId="5EBF1204" w:rsidR="00ED3591" w:rsidRPr="006A4B0B" w:rsidRDefault="00ED3591" w:rsidP="00ED3591">
      <w:pPr>
        <w:spacing w:after="0" w:line="240" w:lineRule="auto"/>
        <w:rPr>
          <w:rFonts w:ascii="Arial Narrow" w:hAnsi="Arial Narrow"/>
          <w:b/>
          <w:color w:val="0C5B6B"/>
          <w:sz w:val="10"/>
          <w:szCs w:val="10"/>
          <w:lang w:val="pl-PL"/>
        </w:rPr>
      </w:pPr>
    </w:p>
    <w:p w14:paraId="010DDA11" w14:textId="167F91E4" w:rsidR="00EF3B7D" w:rsidRPr="006A4B0B" w:rsidRDefault="003A10DB" w:rsidP="00ED3591">
      <w:pPr>
        <w:spacing w:after="0" w:line="240" w:lineRule="auto"/>
        <w:rPr>
          <w:rFonts w:ascii="Arial Narrow" w:hAnsi="Arial Narrow"/>
          <w:sz w:val="28"/>
          <w:szCs w:val="28"/>
          <w:lang w:val="pl-PL"/>
        </w:rPr>
      </w:pPr>
      <w:r w:rsidRPr="006A4B0B">
        <w:rPr>
          <w:rFonts w:ascii="Arial Narrow" w:hAnsi="Arial Narrow"/>
          <w:b/>
          <w:color w:val="0C5B6B"/>
          <w:sz w:val="28"/>
          <w:szCs w:val="28"/>
          <w:lang w:val="pl-PL"/>
        </w:rPr>
        <w:t>Co si sbalit do batohu</w:t>
      </w:r>
    </w:p>
    <w:p w14:paraId="0B7373AE" w14:textId="2A3E77C0" w:rsidR="00EF3B7D" w:rsidRPr="006A4B0B" w:rsidRDefault="7DB332F9" w:rsidP="4C25DE1C">
      <w:pPr>
        <w:spacing w:after="0"/>
        <w:rPr>
          <w:rFonts w:ascii="Arial Narrow" w:hAnsi="Arial Narrow"/>
          <w:sz w:val="24"/>
          <w:szCs w:val="24"/>
          <w:lang w:val="pl-PL"/>
        </w:rPr>
      </w:pPr>
      <w:r w:rsidRPr="006A4B0B">
        <w:rPr>
          <w:rFonts w:ascii="Arial Narrow" w:hAnsi="Arial Narrow"/>
          <w:sz w:val="24"/>
          <w:szCs w:val="24"/>
          <w:lang w:val="pl-PL"/>
        </w:rPr>
        <w:t>Spacák, hygienické potřeby a ručník, přezůvky do školy, pohodlné oblečení na dva dny a na spaní, osobní léky podle domluvy s doprovodem, láhev na pití</w:t>
      </w:r>
      <w:r w:rsidR="157F1D57" w:rsidRPr="006A4B0B">
        <w:rPr>
          <w:rFonts w:ascii="Arial Narrow" w:hAnsi="Arial Narrow"/>
          <w:sz w:val="24"/>
          <w:szCs w:val="24"/>
          <w:lang w:val="pl-PL"/>
        </w:rPr>
        <w:t>, psací potřeby, blok</w:t>
      </w:r>
      <w:r w:rsidR="3813552B" w:rsidRPr="006A4B0B">
        <w:rPr>
          <w:rFonts w:ascii="Arial Narrow" w:hAnsi="Arial Narrow"/>
          <w:sz w:val="24"/>
          <w:szCs w:val="24"/>
          <w:lang w:val="pl-PL"/>
        </w:rPr>
        <w:t>, baterku</w:t>
      </w:r>
      <w:r w:rsidRPr="006A4B0B">
        <w:rPr>
          <w:rFonts w:ascii="Arial Narrow" w:hAnsi="Arial Narrow"/>
          <w:sz w:val="24"/>
          <w:szCs w:val="24"/>
          <w:lang w:val="pl-PL"/>
        </w:rPr>
        <w:t>, případně malou dobrotu. Vše tak, aby si žák svůj batoh sám unesl. Pokud něco důležitého nemáte, ozvěte se – rádi pomůžeme najít řešení.</w:t>
      </w:r>
    </w:p>
    <w:p w14:paraId="1F8EAA57" w14:textId="465BD2B3" w:rsidR="008D379B" w:rsidRPr="006A4B0B" w:rsidRDefault="008D379B" w:rsidP="4C25DE1C">
      <w:pPr>
        <w:spacing w:after="0"/>
        <w:rPr>
          <w:rFonts w:ascii="Arial Narrow" w:hAnsi="Arial Narrow"/>
          <w:b/>
          <w:bCs/>
          <w:color w:val="0C5B6B"/>
          <w:sz w:val="10"/>
          <w:szCs w:val="10"/>
          <w:lang w:val="pl-PL"/>
        </w:rPr>
      </w:pPr>
    </w:p>
    <w:p w14:paraId="672981D9" w14:textId="0060E06F" w:rsidR="00EF3B7D" w:rsidRPr="006A4B0B" w:rsidRDefault="7DB332F9" w:rsidP="4C25DE1C">
      <w:pPr>
        <w:spacing w:after="0"/>
        <w:rPr>
          <w:rFonts w:ascii="Arial Narrow" w:hAnsi="Arial Narrow"/>
          <w:sz w:val="28"/>
          <w:szCs w:val="28"/>
          <w:lang w:val="pt-PT"/>
        </w:rPr>
      </w:pPr>
      <w:r w:rsidRPr="006A4B0B">
        <w:rPr>
          <w:rFonts w:ascii="Arial Narrow" w:hAnsi="Arial Narrow"/>
          <w:b/>
          <w:bCs/>
          <w:color w:val="0C5B6B"/>
          <w:sz w:val="28"/>
          <w:szCs w:val="28"/>
          <w:lang w:val="pt-PT"/>
        </w:rPr>
        <w:t>Kdo nás doprovází a jak se přihlásit</w:t>
      </w:r>
    </w:p>
    <w:p w14:paraId="3E674A8B" w14:textId="6F4C67AA" w:rsidR="00EF3B7D" w:rsidRPr="00F54088" w:rsidRDefault="7DB332F9" w:rsidP="4C25DE1C">
      <w:pPr>
        <w:spacing w:after="0"/>
        <w:rPr>
          <w:sz w:val="24"/>
          <w:szCs w:val="24"/>
          <w:lang w:val="pt-PT"/>
        </w:rPr>
      </w:pPr>
      <w:r w:rsidRPr="00F54088">
        <w:rPr>
          <w:rFonts w:ascii="Arial Narrow" w:hAnsi="Arial Narrow"/>
          <w:sz w:val="24"/>
          <w:szCs w:val="24"/>
          <w:lang w:val="pt-PT"/>
        </w:rPr>
        <w:t>Pedagogický doprovod: Monika Malá, Denisa Šandová a Vít Beran. Vyplněnou a podepsanou přihlášku (2. strana) odevzdejte Monice Malé nebo Denise Šandové nejpozději do</w:t>
      </w:r>
      <w:r w:rsidRPr="00F54088">
        <w:rPr>
          <w:rFonts w:ascii="Arial Narrow" w:hAnsi="Arial Narrow"/>
          <w:b/>
          <w:bCs/>
          <w:sz w:val="24"/>
          <w:szCs w:val="24"/>
          <w:lang w:val="pt-PT"/>
        </w:rPr>
        <w:t xml:space="preserve"> </w:t>
      </w:r>
      <w:r w:rsidR="7FD2623A" w:rsidRPr="00F54088">
        <w:rPr>
          <w:rFonts w:ascii="Arial Narrow" w:hAnsi="Arial Narrow"/>
          <w:b/>
          <w:bCs/>
          <w:sz w:val="24"/>
          <w:szCs w:val="24"/>
          <w:lang w:val="pt-PT"/>
        </w:rPr>
        <w:t>21.10.2026</w:t>
      </w:r>
      <w:r w:rsidR="632DA6A7" w:rsidRPr="00F54088">
        <w:rPr>
          <w:rFonts w:ascii="Arial Narrow" w:hAnsi="Arial Narrow"/>
          <w:b/>
          <w:bCs/>
          <w:sz w:val="24"/>
          <w:szCs w:val="24"/>
          <w:lang w:val="pt-PT"/>
        </w:rPr>
        <w:t xml:space="preserve"> (na schůzku parlamentu)</w:t>
      </w:r>
    </w:p>
    <w:p w14:paraId="5CBC39BD" w14:textId="4D4E0EFB" w:rsidR="00DE3A3C" w:rsidRPr="006A4B0B" w:rsidRDefault="001D046D" w:rsidP="00ED3591">
      <w:pPr>
        <w:spacing w:after="0" w:line="240" w:lineRule="auto"/>
        <w:rPr>
          <w:rFonts w:ascii="Arial Narrow" w:hAnsi="Arial Narrow"/>
          <w:b/>
          <w:sz w:val="10"/>
          <w:szCs w:val="10"/>
          <w:lang w:val="pt-PT"/>
        </w:rPr>
      </w:pPr>
      <w:r>
        <w:rPr>
          <w:rFonts w:ascii="Arial Narrow" w:hAnsi="Arial Narrow"/>
          <w:b/>
          <w:noProof/>
          <w:sz w:val="10"/>
          <w:szCs w:val="10"/>
          <w:lang w:val="pt-PT"/>
        </w:rPr>
        <w:drawing>
          <wp:inline distT="0" distB="0" distL="0" distR="0" wp14:anchorId="0C224D7D" wp14:editId="112479DE">
            <wp:extent cx="6327775" cy="1676400"/>
            <wp:effectExtent l="0" t="0" r="0" b="0"/>
            <wp:docPr id="204042176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145" cy="167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C0E48" w14:textId="18B71DFC" w:rsidR="00EF3B7D" w:rsidRPr="006A4B0B" w:rsidRDefault="0AC5CE00" w:rsidP="00DC21DE">
      <w:pPr>
        <w:spacing w:after="0" w:line="240" w:lineRule="auto"/>
        <w:jc w:val="center"/>
        <w:rPr>
          <w:rFonts w:ascii="Arial Narrow" w:hAnsi="Arial Narrow"/>
          <w:sz w:val="24"/>
          <w:szCs w:val="24"/>
          <w:lang w:val="pl-PL"/>
        </w:rPr>
      </w:pPr>
      <w:r w:rsidRPr="006A4B0B">
        <w:rPr>
          <w:rFonts w:ascii="Arial Narrow" w:hAnsi="Arial Narrow"/>
          <w:b/>
          <w:bCs/>
          <w:sz w:val="24"/>
          <w:szCs w:val="24"/>
          <w:lang w:val="pl-PL"/>
        </w:rPr>
        <w:t>Těšíme se na společnou cestu a na to, co spolu vymyslíme!</w:t>
      </w:r>
      <w:r w:rsidR="00DC21DE" w:rsidRPr="006A4B0B">
        <w:rPr>
          <w:rFonts w:ascii="Arial Narrow" w:hAnsi="Arial Narrow"/>
          <w:sz w:val="24"/>
          <w:szCs w:val="24"/>
          <w:lang w:val="pl-PL"/>
        </w:rPr>
        <w:br w:type="page"/>
      </w:r>
    </w:p>
    <w:p w14:paraId="692F10C3" w14:textId="1F2FC2FA" w:rsidR="00EF3B7D" w:rsidRPr="006A4B0B" w:rsidRDefault="006A4B0B" w:rsidP="00DE3A3C">
      <w:pPr>
        <w:spacing w:after="0" w:line="240" w:lineRule="auto"/>
        <w:jc w:val="center"/>
        <w:rPr>
          <w:rFonts w:ascii="Arial Narrow" w:hAnsi="Arial Narrow"/>
          <w:sz w:val="32"/>
          <w:szCs w:val="32"/>
          <w:lang w:val="pl-PL"/>
        </w:rPr>
      </w:pPr>
      <w:r>
        <w:rPr>
          <w:noProof/>
        </w:rPr>
        <w:lastRenderedPageBreak/>
        <w:drawing>
          <wp:anchor distT="0" distB="0" distL="114300" distR="114300" simplePos="0" relativeHeight="251660800" behindDoc="1" locked="0" layoutInCell="1" allowOverlap="1" wp14:anchorId="4483FE6B" wp14:editId="73AC0FCF">
            <wp:simplePos x="0" y="0"/>
            <wp:positionH relativeFrom="column">
              <wp:posOffset>5963285</wp:posOffset>
            </wp:positionH>
            <wp:positionV relativeFrom="paragraph">
              <wp:posOffset>5080</wp:posOffset>
            </wp:positionV>
            <wp:extent cx="353060" cy="377190"/>
            <wp:effectExtent l="0" t="0" r="8890" b="3810"/>
            <wp:wrapTight wrapText="bothSides">
              <wp:wrapPolygon edited="0">
                <wp:start x="0" y="0"/>
                <wp:lineTo x="0" y="20727"/>
                <wp:lineTo x="20978" y="20727"/>
                <wp:lineTo x="20978" y="0"/>
                <wp:lineTo x="0" y="0"/>
              </wp:wrapPolygon>
            </wp:wrapTight>
            <wp:docPr id="80484326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" cy="37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40C219EA" wp14:editId="02B3D772">
            <wp:simplePos x="0" y="0"/>
            <wp:positionH relativeFrom="column">
              <wp:posOffset>81280</wp:posOffset>
            </wp:positionH>
            <wp:positionV relativeFrom="paragraph">
              <wp:posOffset>7620</wp:posOffset>
            </wp:positionV>
            <wp:extent cx="397510" cy="397510"/>
            <wp:effectExtent l="0" t="0" r="2540" b="2540"/>
            <wp:wrapTight wrapText="bothSides">
              <wp:wrapPolygon edited="0">
                <wp:start x="0" y="0"/>
                <wp:lineTo x="0" y="20703"/>
                <wp:lineTo x="20703" y="20703"/>
                <wp:lineTo x="20703" y="0"/>
                <wp:lineTo x="0" y="0"/>
              </wp:wrapPolygon>
            </wp:wrapTight>
            <wp:docPr id="91678134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DB332F9" w:rsidRPr="006A4B0B">
        <w:rPr>
          <w:rFonts w:ascii="Arial Narrow" w:hAnsi="Arial Narrow"/>
          <w:b/>
          <w:bCs/>
          <w:sz w:val="32"/>
          <w:szCs w:val="32"/>
          <w:lang w:val="pl-PL"/>
        </w:rPr>
        <w:t>ZÁVAZNÁ PŘIHLÁŠKA A SOUHLAS ZÁKONNÉHO ZÁSTUPCE</w:t>
      </w:r>
    </w:p>
    <w:p w14:paraId="4DA2F87C" w14:textId="230558E3" w:rsidR="00EF3B7D" w:rsidRPr="006A4B0B" w:rsidRDefault="7DB332F9" w:rsidP="00DE3A3C">
      <w:pPr>
        <w:spacing w:after="0" w:line="240" w:lineRule="auto"/>
        <w:jc w:val="center"/>
        <w:rPr>
          <w:rFonts w:ascii="Arial Narrow" w:hAnsi="Arial Narrow"/>
          <w:sz w:val="23"/>
          <w:szCs w:val="23"/>
          <w:lang w:val="pl-PL"/>
        </w:rPr>
      </w:pPr>
      <w:r w:rsidRPr="006A4B0B">
        <w:rPr>
          <w:rFonts w:ascii="Arial Narrow" w:hAnsi="Arial Narrow"/>
          <w:sz w:val="23"/>
          <w:szCs w:val="23"/>
          <w:lang w:val="pl-PL"/>
        </w:rPr>
        <w:t>Dvoudenní výjezd školního parlamentu do Sedlčan – ZŠ Propojení</w:t>
      </w:r>
      <w:r w:rsidR="5AD0481F" w:rsidRPr="006A4B0B">
        <w:rPr>
          <w:rFonts w:ascii="Arial Narrow" w:hAnsi="Arial Narrow"/>
          <w:sz w:val="23"/>
          <w:szCs w:val="23"/>
          <w:lang w:val="pl-PL"/>
        </w:rPr>
        <w:t xml:space="preserve"> ve dnech 4. A 5.11.2026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2"/>
        <w:gridCol w:w="2528"/>
        <w:gridCol w:w="1416"/>
        <w:gridCol w:w="3806"/>
      </w:tblGrid>
      <w:tr w:rsidR="009304D3" w:rsidRPr="007B4BAE" w14:paraId="48EE47E2" w14:textId="77777777" w:rsidTr="00F54088">
        <w:trPr>
          <w:trHeight w:val="290"/>
        </w:trPr>
        <w:tc>
          <w:tcPr>
            <w:tcW w:w="1168" w:type="pct"/>
            <w:vAlign w:val="center"/>
            <w:hideMark/>
          </w:tcPr>
          <w:p w14:paraId="005FF2EB" w14:textId="5004FA9A" w:rsidR="009304D3" w:rsidRPr="007B4BAE" w:rsidRDefault="44657493" w:rsidP="4C25D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Údaj</w:t>
            </w:r>
          </w:p>
        </w:tc>
        <w:tc>
          <w:tcPr>
            <w:tcW w:w="3832" w:type="pct"/>
            <w:gridSpan w:val="3"/>
            <w:vAlign w:val="center"/>
            <w:hideMark/>
          </w:tcPr>
          <w:p w14:paraId="7BF6DFA2" w14:textId="2B09792A" w:rsidR="009304D3" w:rsidRPr="007B4BAE" w:rsidRDefault="44657493" w:rsidP="4C25D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Vyplní zákonný zástupce</w:t>
            </w:r>
          </w:p>
        </w:tc>
      </w:tr>
      <w:tr w:rsidR="009304D3" w:rsidRPr="007B4BAE" w14:paraId="7363F2FF" w14:textId="77777777" w:rsidTr="00F54088">
        <w:trPr>
          <w:trHeight w:val="290"/>
        </w:trPr>
        <w:tc>
          <w:tcPr>
            <w:tcW w:w="1168" w:type="pct"/>
            <w:vAlign w:val="center"/>
            <w:hideMark/>
          </w:tcPr>
          <w:p w14:paraId="78487EE4" w14:textId="741765E9" w:rsidR="009304D3" w:rsidRPr="00660227" w:rsidRDefault="44657493" w:rsidP="009304D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0"/>
                <w:szCs w:val="20"/>
                <w:lang w:val="cs-CZ" w:eastAsia="cs-CZ"/>
              </w:rPr>
              <w:t>Jméno a příjmení žáka</w:t>
            </w:r>
          </w:p>
        </w:tc>
        <w:tc>
          <w:tcPr>
            <w:tcW w:w="3832" w:type="pct"/>
            <w:gridSpan w:val="3"/>
            <w:vAlign w:val="center"/>
            <w:hideMark/>
          </w:tcPr>
          <w:p w14:paraId="1038F036" w14:textId="595DC9B8" w:rsidR="009304D3" w:rsidRPr="005E7ED6" w:rsidRDefault="44657493" w:rsidP="009304D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0"/>
                <w:szCs w:val="30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30"/>
                <w:szCs w:val="30"/>
                <w:lang w:val="cs-CZ" w:eastAsia="cs-CZ"/>
              </w:rPr>
              <w:t> </w:t>
            </w:r>
          </w:p>
        </w:tc>
      </w:tr>
      <w:tr w:rsidR="005E7ED6" w:rsidRPr="007B4BAE" w14:paraId="63E7CCE9" w14:textId="77777777" w:rsidTr="00F54088">
        <w:trPr>
          <w:trHeight w:val="290"/>
        </w:trPr>
        <w:tc>
          <w:tcPr>
            <w:tcW w:w="1168" w:type="pct"/>
            <w:vAlign w:val="center"/>
            <w:hideMark/>
          </w:tcPr>
          <w:p w14:paraId="5C6E275B" w14:textId="77777777" w:rsidR="005E7ED6" w:rsidRPr="00660227" w:rsidRDefault="3DE64C13" w:rsidP="009304D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0"/>
                <w:szCs w:val="20"/>
                <w:lang w:val="cs-CZ" w:eastAsia="cs-CZ"/>
              </w:rPr>
              <w:t>Třída</w:t>
            </w:r>
          </w:p>
        </w:tc>
        <w:tc>
          <w:tcPr>
            <w:tcW w:w="1250" w:type="pct"/>
            <w:vAlign w:val="center"/>
            <w:hideMark/>
          </w:tcPr>
          <w:p w14:paraId="76FB2BB6" w14:textId="77777777" w:rsidR="005E7ED6" w:rsidRPr="005E7ED6" w:rsidRDefault="3DE64C13" w:rsidP="009304D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0"/>
                <w:szCs w:val="30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30"/>
                <w:szCs w:val="30"/>
                <w:lang w:val="cs-CZ" w:eastAsia="cs-CZ"/>
              </w:rPr>
              <w:t> </w:t>
            </w:r>
          </w:p>
        </w:tc>
        <w:tc>
          <w:tcPr>
            <w:tcW w:w="700" w:type="pct"/>
            <w:vAlign w:val="center"/>
          </w:tcPr>
          <w:p w14:paraId="22FB0345" w14:textId="0A261EF8" w:rsidR="005E7ED6" w:rsidRPr="005E7ED6" w:rsidRDefault="3DE64C13" w:rsidP="009304D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0"/>
                <w:szCs w:val="20"/>
                <w:lang w:val="cs-CZ" w:eastAsia="cs-CZ"/>
              </w:rPr>
              <w:t>Datum narození</w:t>
            </w:r>
          </w:p>
        </w:tc>
        <w:tc>
          <w:tcPr>
            <w:tcW w:w="1882" w:type="pct"/>
            <w:vAlign w:val="center"/>
          </w:tcPr>
          <w:p w14:paraId="08E8BEAE" w14:textId="6349D847" w:rsidR="005E7ED6" w:rsidRPr="005E7ED6" w:rsidRDefault="005E7ED6" w:rsidP="009304D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0"/>
                <w:szCs w:val="30"/>
                <w:lang w:val="cs-CZ" w:eastAsia="cs-CZ"/>
              </w:rPr>
            </w:pPr>
          </w:p>
        </w:tc>
      </w:tr>
      <w:tr w:rsidR="009304D3" w:rsidRPr="007B4BAE" w14:paraId="6092ABA5" w14:textId="77777777" w:rsidTr="00F54088">
        <w:trPr>
          <w:trHeight w:val="290"/>
        </w:trPr>
        <w:tc>
          <w:tcPr>
            <w:tcW w:w="1168" w:type="pct"/>
            <w:vAlign w:val="center"/>
            <w:hideMark/>
          </w:tcPr>
          <w:p w14:paraId="4EACED39" w14:textId="76814371" w:rsidR="009304D3" w:rsidRPr="00660227" w:rsidRDefault="3DE64C13" w:rsidP="009304D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0"/>
                <w:szCs w:val="20"/>
                <w:lang w:val="cs-CZ" w:eastAsia="cs-CZ"/>
              </w:rPr>
              <w:t>Adresa bydliště</w:t>
            </w:r>
          </w:p>
        </w:tc>
        <w:tc>
          <w:tcPr>
            <w:tcW w:w="3832" w:type="pct"/>
            <w:gridSpan w:val="3"/>
            <w:vAlign w:val="center"/>
            <w:hideMark/>
          </w:tcPr>
          <w:p w14:paraId="5B1570BB" w14:textId="77777777" w:rsidR="009304D3" w:rsidRPr="005E7ED6" w:rsidRDefault="44657493" w:rsidP="009304D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0"/>
                <w:szCs w:val="30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30"/>
                <w:szCs w:val="30"/>
                <w:lang w:val="cs-CZ" w:eastAsia="cs-CZ"/>
              </w:rPr>
              <w:t> </w:t>
            </w:r>
          </w:p>
        </w:tc>
      </w:tr>
    </w:tbl>
    <w:p w14:paraId="6A4C6CE7" w14:textId="77777777" w:rsidR="00EF3B7D" w:rsidRPr="006A4B0B" w:rsidRDefault="7DB332F9" w:rsidP="009F6FBE">
      <w:pPr>
        <w:pStyle w:val="Odstavecseseznamem"/>
        <w:numPr>
          <w:ilvl w:val="0"/>
          <w:numId w:val="10"/>
        </w:numPr>
        <w:spacing w:after="0" w:line="240" w:lineRule="auto"/>
        <w:rPr>
          <w:rFonts w:ascii="Arial Narrow" w:hAnsi="Arial Narrow"/>
          <w:sz w:val="24"/>
          <w:szCs w:val="24"/>
          <w:lang w:val="pl-PL"/>
        </w:rPr>
      </w:pPr>
      <w:r w:rsidRPr="006A4B0B">
        <w:rPr>
          <w:rFonts w:ascii="Arial Narrow" w:hAnsi="Arial Narrow"/>
          <w:b/>
          <w:bCs/>
          <w:color w:val="0C5B6B"/>
          <w:sz w:val="24"/>
          <w:szCs w:val="24"/>
          <w:lang w:val="pl-PL"/>
        </w:rPr>
        <w:t>Kontakty na zákonné zástupce po dobu výjezdu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2"/>
        <w:gridCol w:w="7750"/>
      </w:tblGrid>
      <w:tr w:rsidR="004208EB" w:rsidRPr="007B4BAE" w14:paraId="18B15196" w14:textId="77777777" w:rsidTr="4C25DE1C">
        <w:trPr>
          <w:trHeight w:val="290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099A" w14:textId="77777777" w:rsidR="004208EB" w:rsidRPr="007B4BAE" w:rsidRDefault="6914FB31" w:rsidP="4C25D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Údaj</w:t>
            </w:r>
          </w:p>
        </w:tc>
        <w:tc>
          <w:tcPr>
            <w:tcW w:w="3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2586" w14:textId="77777777" w:rsidR="004208EB" w:rsidRPr="007B4BAE" w:rsidRDefault="6914FB31" w:rsidP="4C25D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Vyplní zákonný zástupce</w:t>
            </w:r>
          </w:p>
        </w:tc>
      </w:tr>
      <w:tr w:rsidR="004208EB" w:rsidRPr="007B4BAE" w14:paraId="7570BB7B" w14:textId="77777777" w:rsidTr="4C25DE1C">
        <w:trPr>
          <w:trHeight w:val="58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9B0A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Jméno a příjmení zákonného zástupce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FCDA2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 </w:t>
            </w:r>
          </w:p>
        </w:tc>
      </w:tr>
      <w:tr w:rsidR="004208EB" w:rsidRPr="007B4BAE" w14:paraId="61C9AF60" w14:textId="77777777" w:rsidTr="4C25DE1C">
        <w:trPr>
          <w:trHeight w:val="58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52A7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Telefon (dostupný během akce)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729D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 </w:t>
            </w:r>
          </w:p>
        </w:tc>
      </w:tr>
      <w:tr w:rsidR="004208EB" w:rsidRPr="007B4BAE" w14:paraId="011025B7" w14:textId="77777777" w:rsidTr="4C25DE1C">
        <w:trPr>
          <w:trHeight w:val="29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E004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E-mail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A510" w14:textId="77777777" w:rsidR="004208EB" w:rsidRPr="005E7ED6" w:rsidRDefault="6914FB31" w:rsidP="004208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0"/>
                <w:szCs w:val="30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 </w:t>
            </w:r>
          </w:p>
        </w:tc>
      </w:tr>
      <w:tr w:rsidR="004208EB" w:rsidRPr="007B4BAE" w14:paraId="0D9FF4BA" w14:textId="77777777" w:rsidTr="4C25DE1C">
        <w:trPr>
          <w:trHeight w:val="58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9B38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Další nouzový kontakt / telefon (nepovinné)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A6F5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 </w:t>
            </w:r>
          </w:p>
        </w:tc>
      </w:tr>
    </w:tbl>
    <w:p w14:paraId="24F08444" w14:textId="77777777" w:rsidR="00EF3B7D" w:rsidRPr="009F6FBE" w:rsidRDefault="7DB332F9" w:rsidP="009F6FBE">
      <w:pPr>
        <w:pStyle w:val="Odstavecseseznamem"/>
        <w:numPr>
          <w:ilvl w:val="0"/>
          <w:numId w:val="1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4C25DE1C">
        <w:rPr>
          <w:rFonts w:ascii="Arial Narrow" w:hAnsi="Arial Narrow"/>
          <w:b/>
          <w:bCs/>
          <w:color w:val="0C5B6B"/>
          <w:sz w:val="24"/>
          <w:szCs w:val="24"/>
        </w:rPr>
        <w:t>Zdravotní stav a potřebná opatření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6"/>
        <w:gridCol w:w="7630"/>
        <w:gridCol w:w="146"/>
      </w:tblGrid>
      <w:tr w:rsidR="004208EB" w:rsidRPr="007B4BAE" w14:paraId="5830D9A3" w14:textId="77777777" w:rsidTr="4C25DE1C">
        <w:trPr>
          <w:gridAfter w:val="1"/>
          <w:wAfter w:w="69" w:type="pct"/>
          <w:trHeight w:val="290"/>
        </w:trPr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EAF5" w14:textId="77777777" w:rsidR="004208EB" w:rsidRPr="007B4BAE" w:rsidRDefault="6914FB31" w:rsidP="4C25D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Oblast</w:t>
            </w:r>
          </w:p>
        </w:tc>
        <w:tc>
          <w:tcPr>
            <w:tcW w:w="3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E6E0F" w14:textId="77777777" w:rsidR="004208EB" w:rsidRPr="007B4BAE" w:rsidRDefault="6914FB31" w:rsidP="4C25D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Informace zákonného zástupce</w:t>
            </w:r>
          </w:p>
        </w:tc>
      </w:tr>
      <w:tr w:rsidR="004208EB" w:rsidRPr="006A4B0B" w14:paraId="3BA206DE" w14:textId="77777777" w:rsidTr="4C25DE1C">
        <w:trPr>
          <w:gridAfter w:val="1"/>
          <w:wAfter w:w="69" w:type="pct"/>
          <w:trHeight w:val="58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3826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Zdravotní způsobilost</w:t>
            </w:r>
          </w:p>
        </w:tc>
        <w:tc>
          <w:tcPr>
            <w:tcW w:w="3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0643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  <w:r w:rsidRPr="4C25DE1C">
              <w:rPr>
                <w:rFonts w:ascii="Segoe UI Symbol" w:eastAsia="Times New Roman" w:hAnsi="Segoe UI Symbol" w:cs="Segoe UI Symbol"/>
                <w:color w:val="000000" w:themeColor="text1"/>
                <w:sz w:val="22"/>
                <w:lang w:val="cs-CZ" w:eastAsia="cs-CZ"/>
              </w:rPr>
              <w:t>☐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D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í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t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ě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je podle m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ý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ch informac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í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zdravotn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ě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zp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ů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sobil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é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k 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úč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asti na akci bez zvl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áš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tn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í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ch omezen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í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.</w:t>
            </w:r>
          </w:p>
        </w:tc>
      </w:tr>
      <w:tr w:rsidR="004208EB" w:rsidRPr="006A4B0B" w14:paraId="507237E1" w14:textId="77777777" w:rsidTr="4C25DE1C">
        <w:trPr>
          <w:gridAfter w:val="1"/>
          <w:wAfter w:w="69" w:type="pct"/>
          <w:trHeight w:val="58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33E9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Zdravotní či jiná omezení</w:t>
            </w:r>
          </w:p>
        </w:tc>
        <w:tc>
          <w:tcPr>
            <w:tcW w:w="3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5380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  <w:r w:rsidRPr="4C25DE1C">
              <w:rPr>
                <w:rFonts w:ascii="Segoe UI Symbol" w:eastAsia="Times New Roman" w:hAnsi="Segoe UI Symbol" w:cs="Segoe UI Symbol"/>
                <w:color w:val="000000" w:themeColor="text1"/>
                <w:sz w:val="22"/>
                <w:lang w:val="cs-CZ" w:eastAsia="cs-CZ"/>
              </w:rPr>
              <w:t>☐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D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í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t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ě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m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á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zdravotn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í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, pohybov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á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, dietn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í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č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i jin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á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omezen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í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nebo pot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ř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eby, kter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é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 xml:space="preserve"> je t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ř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eba p</w:t>
            </w:r>
            <w:r w:rsidRPr="4C25DE1C">
              <w:rPr>
                <w:rFonts w:ascii="Arial Narrow" w:eastAsia="Times New Roman" w:hAnsi="Arial Narrow" w:cs="Arial Narrow"/>
                <w:color w:val="000000" w:themeColor="text1"/>
                <w:sz w:val="22"/>
                <w:lang w:val="cs-CZ" w:eastAsia="cs-CZ"/>
              </w:rPr>
              <w:t>ř</w:t>
            </w: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i akci zohlednit.</w:t>
            </w:r>
          </w:p>
        </w:tc>
      </w:tr>
      <w:tr w:rsidR="004208EB" w:rsidRPr="006A4B0B" w14:paraId="2E14D76B" w14:textId="77777777" w:rsidTr="4C25DE1C">
        <w:trPr>
          <w:gridAfter w:val="1"/>
          <w:wAfter w:w="69" w:type="pct"/>
          <w:trHeight w:val="464"/>
        </w:trPr>
        <w:tc>
          <w:tcPr>
            <w:tcW w:w="1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9F89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Popis omezení a potřebných opatření</w:t>
            </w:r>
          </w:p>
        </w:tc>
        <w:tc>
          <w:tcPr>
            <w:tcW w:w="3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1AB7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 </w:t>
            </w:r>
          </w:p>
        </w:tc>
      </w:tr>
      <w:tr w:rsidR="004208EB" w:rsidRPr="006A4B0B" w14:paraId="3E0349EC" w14:textId="77777777" w:rsidTr="4C25DE1C">
        <w:trPr>
          <w:trHeight w:val="290"/>
        </w:trPr>
        <w:tc>
          <w:tcPr>
            <w:tcW w:w="1157" w:type="pct"/>
            <w:vMerge/>
            <w:vAlign w:val="center"/>
            <w:hideMark/>
          </w:tcPr>
          <w:p w14:paraId="7098DDF0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</w:p>
        </w:tc>
        <w:tc>
          <w:tcPr>
            <w:tcW w:w="3774" w:type="pct"/>
            <w:vMerge/>
            <w:vAlign w:val="center"/>
            <w:hideMark/>
          </w:tcPr>
          <w:p w14:paraId="338737A0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DBD47" w14:textId="77777777" w:rsidR="004208EB" w:rsidRPr="007B4BAE" w:rsidRDefault="004208EB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</w:p>
        </w:tc>
      </w:tr>
      <w:tr w:rsidR="004208EB" w:rsidRPr="006A4B0B" w14:paraId="0C9E45C2" w14:textId="77777777" w:rsidTr="4C25DE1C">
        <w:trPr>
          <w:trHeight w:val="290"/>
        </w:trPr>
        <w:tc>
          <w:tcPr>
            <w:tcW w:w="1157" w:type="pct"/>
            <w:vMerge/>
            <w:vAlign w:val="center"/>
            <w:hideMark/>
          </w:tcPr>
          <w:p w14:paraId="1F37C99D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</w:p>
        </w:tc>
        <w:tc>
          <w:tcPr>
            <w:tcW w:w="3774" w:type="pct"/>
            <w:vMerge/>
            <w:vAlign w:val="center"/>
            <w:hideMark/>
          </w:tcPr>
          <w:p w14:paraId="3A3E4E92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1C45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cs-CZ" w:eastAsia="cs-CZ"/>
              </w:rPr>
            </w:pPr>
          </w:p>
        </w:tc>
      </w:tr>
      <w:tr w:rsidR="004208EB" w:rsidRPr="007B4BAE" w14:paraId="75DB8B15" w14:textId="77777777" w:rsidTr="4C25DE1C">
        <w:trPr>
          <w:trHeight w:val="290"/>
        </w:trPr>
        <w:tc>
          <w:tcPr>
            <w:tcW w:w="1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C9EB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Alergie a dietní omezení</w:t>
            </w:r>
          </w:p>
        </w:tc>
        <w:tc>
          <w:tcPr>
            <w:tcW w:w="3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F6D0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 </w:t>
            </w:r>
          </w:p>
        </w:tc>
        <w:tc>
          <w:tcPr>
            <w:tcW w:w="69" w:type="pct"/>
            <w:vAlign w:val="center"/>
            <w:hideMark/>
          </w:tcPr>
          <w:p w14:paraId="45F57D7A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cs-CZ" w:eastAsia="cs-CZ"/>
              </w:rPr>
            </w:pPr>
          </w:p>
        </w:tc>
      </w:tr>
      <w:tr w:rsidR="004208EB" w:rsidRPr="007B4BAE" w14:paraId="66D413B1" w14:textId="77777777" w:rsidTr="4C25DE1C">
        <w:trPr>
          <w:trHeight w:val="290"/>
        </w:trPr>
        <w:tc>
          <w:tcPr>
            <w:tcW w:w="1157" w:type="pct"/>
            <w:vMerge/>
            <w:vAlign w:val="center"/>
            <w:hideMark/>
          </w:tcPr>
          <w:p w14:paraId="027395B3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</w:p>
        </w:tc>
        <w:tc>
          <w:tcPr>
            <w:tcW w:w="3774" w:type="pct"/>
            <w:vMerge/>
            <w:vAlign w:val="center"/>
            <w:hideMark/>
          </w:tcPr>
          <w:p w14:paraId="2742AB40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8B12" w14:textId="77777777" w:rsidR="004208EB" w:rsidRPr="007B4BAE" w:rsidRDefault="004208EB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</w:p>
        </w:tc>
      </w:tr>
      <w:tr w:rsidR="004208EB" w:rsidRPr="007B4BAE" w14:paraId="786301D8" w14:textId="77777777" w:rsidTr="4C25DE1C">
        <w:trPr>
          <w:trHeight w:val="290"/>
        </w:trPr>
        <w:tc>
          <w:tcPr>
            <w:tcW w:w="1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6B8D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Užívané léky a způsob jejich podávání</w:t>
            </w:r>
          </w:p>
        </w:tc>
        <w:tc>
          <w:tcPr>
            <w:tcW w:w="3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02E6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 </w:t>
            </w:r>
          </w:p>
        </w:tc>
        <w:tc>
          <w:tcPr>
            <w:tcW w:w="69" w:type="pct"/>
            <w:vAlign w:val="center"/>
            <w:hideMark/>
          </w:tcPr>
          <w:p w14:paraId="5C3F0300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cs-CZ" w:eastAsia="cs-CZ"/>
              </w:rPr>
            </w:pPr>
          </w:p>
        </w:tc>
      </w:tr>
      <w:tr w:rsidR="004208EB" w:rsidRPr="007B4BAE" w14:paraId="3546D1E1" w14:textId="77777777" w:rsidTr="4C25DE1C">
        <w:trPr>
          <w:trHeight w:val="290"/>
        </w:trPr>
        <w:tc>
          <w:tcPr>
            <w:tcW w:w="1157" w:type="pct"/>
            <w:vMerge/>
            <w:vAlign w:val="center"/>
            <w:hideMark/>
          </w:tcPr>
          <w:p w14:paraId="094ABC6D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</w:p>
        </w:tc>
        <w:tc>
          <w:tcPr>
            <w:tcW w:w="3774" w:type="pct"/>
            <w:vMerge/>
            <w:vAlign w:val="center"/>
            <w:hideMark/>
          </w:tcPr>
          <w:p w14:paraId="132B45F1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6E5B2" w14:textId="77777777" w:rsidR="004208EB" w:rsidRPr="007B4BAE" w:rsidRDefault="004208EB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</w:p>
        </w:tc>
      </w:tr>
      <w:tr w:rsidR="004208EB" w:rsidRPr="007B4BAE" w14:paraId="7BFF37EB" w14:textId="77777777" w:rsidTr="4C25DE1C">
        <w:trPr>
          <w:trHeight w:val="54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7416" w14:textId="77777777" w:rsidR="004208EB" w:rsidRPr="007B4BAE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 w:val="22"/>
                <w:lang w:val="cs-CZ" w:eastAsia="cs-CZ"/>
              </w:rPr>
              <w:t>Další důležité informace</w:t>
            </w:r>
          </w:p>
        </w:tc>
        <w:tc>
          <w:tcPr>
            <w:tcW w:w="3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A2FA" w14:textId="77777777" w:rsidR="004208EB" w:rsidRDefault="6914FB31" w:rsidP="4C25DE1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2"/>
                <w:lang w:val="cs-CZ" w:eastAsia="cs-CZ"/>
              </w:rPr>
            </w:pPr>
            <w:r w:rsidRPr="4C25DE1C">
              <w:rPr>
                <w:rFonts w:ascii="Arial Narrow" w:eastAsia="Times New Roman" w:hAnsi="Arial Narrow" w:cs="Times New Roman"/>
                <w:color w:val="000000" w:themeColor="text1"/>
                <w:sz w:val="22"/>
                <w:lang w:val="cs-CZ" w:eastAsia="cs-CZ"/>
              </w:rPr>
              <w:t> </w:t>
            </w:r>
          </w:p>
          <w:p w14:paraId="6F70AD47" w14:textId="77777777" w:rsidR="005E7ED6" w:rsidRDefault="005E7ED6" w:rsidP="004208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val="cs-CZ" w:eastAsia="cs-CZ"/>
              </w:rPr>
            </w:pPr>
          </w:p>
          <w:p w14:paraId="6EE8578A" w14:textId="77777777" w:rsidR="00F815A5" w:rsidRPr="00660227" w:rsidRDefault="00F815A5" w:rsidP="004208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val="cs-CZ" w:eastAsia="cs-CZ"/>
              </w:rPr>
            </w:pPr>
          </w:p>
        </w:tc>
        <w:tc>
          <w:tcPr>
            <w:tcW w:w="69" w:type="pct"/>
            <w:vAlign w:val="center"/>
            <w:hideMark/>
          </w:tcPr>
          <w:p w14:paraId="62734A88" w14:textId="77777777" w:rsidR="004208EB" w:rsidRPr="007B4BAE" w:rsidRDefault="004208EB" w:rsidP="004208EB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cs-CZ" w:eastAsia="cs-CZ"/>
              </w:rPr>
            </w:pPr>
          </w:p>
        </w:tc>
      </w:tr>
    </w:tbl>
    <w:p w14:paraId="4B4B9DA3" w14:textId="77777777" w:rsidR="00EF3B7D" w:rsidRPr="007B4BAE" w:rsidRDefault="7DB332F9" w:rsidP="00ED3591">
      <w:pPr>
        <w:spacing w:after="0" w:line="240" w:lineRule="auto"/>
        <w:rPr>
          <w:rFonts w:ascii="Arial Narrow" w:hAnsi="Arial Narrow"/>
          <w:sz w:val="24"/>
          <w:szCs w:val="24"/>
        </w:rPr>
      </w:pPr>
      <w:r w:rsidRPr="4C25DE1C">
        <w:rPr>
          <w:rFonts w:ascii="Arial Narrow" w:hAnsi="Arial Narrow"/>
          <w:sz w:val="24"/>
          <w:szCs w:val="24"/>
        </w:rPr>
        <w:t>Případné podávání léků dítěti pracovníky školy je nutné předem individuálně dohodnout a písemně upřesnit.</w:t>
      </w:r>
    </w:p>
    <w:p w14:paraId="4D168C6E" w14:textId="77777777" w:rsidR="007B4BAE" w:rsidRPr="006600B9" w:rsidRDefault="007B4BAE" w:rsidP="4C25DE1C">
      <w:pPr>
        <w:spacing w:after="0" w:line="240" w:lineRule="auto"/>
        <w:rPr>
          <w:rFonts w:ascii="Arial Narrow" w:hAnsi="Arial Narrow"/>
          <w:b/>
          <w:bCs/>
          <w:color w:val="0C5B6B"/>
          <w:sz w:val="10"/>
          <w:szCs w:val="10"/>
        </w:rPr>
      </w:pPr>
    </w:p>
    <w:p w14:paraId="2EEB547A" w14:textId="1A767295" w:rsidR="00EF3B7D" w:rsidRPr="009F6FBE" w:rsidRDefault="7DB332F9" w:rsidP="009F6FBE">
      <w:pPr>
        <w:pStyle w:val="Odstavecseseznamem"/>
        <w:numPr>
          <w:ilvl w:val="0"/>
          <w:numId w:val="10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4C25DE1C">
        <w:rPr>
          <w:rFonts w:ascii="Arial Narrow" w:hAnsi="Arial Narrow"/>
          <w:b/>
          <w:bCs/>
          <w:color w:val="0C5B6B"/>
          <w:sz w:val="24"/>
          <w:szCs w:val="24"/>
        </w:rPr>
        <w:t>Prohlášení a souhlas</w:t>
      </w:r>
    </w:p>
    <w:p w14:paraId="515D256A" w14:textId="765ED925" w:rsidR="00EF3B7D" w:rsidRPr="007B4BAE" w:rsidRDefault="7DB332F9" w:rsidP="00ED3591">
      <w:pPr>
        <w:spacing w:after="0" w:line="240" w:lineRule="auto"/>
        <w:rPr>
          <w:rFonts w:ascii="Arial Narrow" w:hAnsi="Arial Narrow"/>
          <w:sz w:val="24"/>
          <w:szCs w:val="24"/>
        </w:rPr>
      </w:pPr>
      <w:r w:rsidRPr="4C25DE1C">
        <w:rPr>
          <w:rFonts w:ascii="Arial Narrow" w:hAnsi="Arial Narrow"/>
          <w:sz w:val="24"/>
          <w:szCs w:val="24"/>
        </w:rPr>
        <w:t>Přihlašuji své dítě na uvedený dvoudenní výjezd školního parlamentu do Sedlčan s přenocováním ve škole. Byl(a) jsem seznámen(a) s cílem, rámcovým programem, dopravou vlakem, ubytováním, stravováním a pedagogickým doprovodem. Souhlasím s účastí dítěte a zavazuji se uhradit účastnický poplatek ve výši</w:t>
      </w:r>
      <w:r w:rsidRPr="4C25DE1C">
        <w:rPr>
          <w:rFonts w:ascii="Arial Narrow" w:hAnsi="Arial Narrow"/>
          <w:b/>
          <w:bCs/>
          <w:sz w:val="24"/>
          <w:szCs w:val="24"/>
        </w:rPr>
        <w:t xml:space="preserve"> </w:t>
      </w:r>
      <w:r w:rsidR="6513737C" w:rsidRPr="4C25DE1C">
        <w:rPr>
          <w:rFonts w:ascii="Arial Narrow" w:hAnsi="Arial Narrow"/>
          <w:b/>
          <w:bCs/>
          <w:sz w:val="24"/>
          <w:szCs w:val="24"/>
        </w:rPr>
        <w:t>3</w:t>
      </w:r>
      <w:r w:rsidR="0FAEC248" w:rsidRPr="4C25DE1C">
        <w:rPr>
          <w:rFonts w:ascii="Arial Narrow" w:hAnsi="Arial Narrow"/>
          <w:b/>
          <w:bCs/>
          <w:sz w:val="24"/>
          <w:szCs w:val="24"/>
        </w:rPr>
        <w:t>5</w:t>
      </w:r>
      <w:r w:rsidR="6513737C" w:rsidRPr="4C25DE1C">
        <w:rPr>
          <w:rFonts w:ascii="Arial Narrow" w:hAnsi="Arial Narrow"/>
          <w:b/>
          <w:bCs/>
          <w:sz w:val="24"/>
          <w:szCs w:val="24"/>
        </w:rPr>
        <w:t>0</w:t>
      </w:r>
      <w:r w:rsidRPr="4C25DE1C">
        <w:rPr>
          <w:rFonts w:ascii="Arial Narrow" w:hAnsi="Arial Narrow"/>
          <w:b/>
          <w:bCs/>
          <w:sz w:val="24"/>
          <w:szCs w:val="24"/>
        </w:rPr>
        <w:t xml:space="preserve"> Kč</w:t>
      </w:r>
      <w:r w:rsidRPr="4C25DE1C">
        <w:rPr>
          <w:rFonts w:ascii="Arial Narrow" w:hAnsi="Arial Narrow"/>
          <w:sz w:val="24"/>
          <w:szCs w:val="24"/>
        </w:rPr>
        <w:t xml:space="preserve"> nejpozději v den odjezdu podle předpisu v EduPage.</w:t>
      </w:r>
      <w:r w:rsidR="69312DA8" w:rsidRPr="4C25DE1C">
        <w:rPr>
          <w:rFonts w:ascii="Arial Narrow" w:hAnsi="Arial Narrow"/>
          <w:sz w:val="24"/>
          <w:szCs w:val="24"/>
        </w:rPr>
        <w:t xml:space="preserve"> </w:t>
      </w:r>
      <w:r w:rsidRPr="4C25DE1C">
        <w:rPr>
          <w:rFonts w:ascii="Arial Narrow" w:hAnsi="Arial Narrow"/>
          <w:sz w:val="24"/>
          <w:szCs w:val="24"/>
        </w:rPr>
        <w:t>Potvrzuji, že jsem škole sdělil(a) všechny podstatné informace o zdravotním stavu a potřebách dítěte a že případnou změnu před odjezdem neprodleně oznámím. Beru na vědomí, že dítě bude během akce povinno dodržovat pokyny pedagogického doprovodu a pravidla bezpečného chování.</w:t>
      </w:r>
    </w:p>
    <w:p w14:paraId="5DF8D87E" w14:textId="5AE0D94E" w:rsidR="007B4BAE" w:rsidRPr="007B4BAE" w:rsidRDefault="7DB332F9" w:rsidP="00ED3591">
      <w:pPr>
        <w:spacing w:after="0" w:line="240" w:lineRule="auto"/>
        <w:rPr>
          <w:rFonts w:ascii="Arial Narrow" w:hAnsi="Arial Narrow"/>
          <w:sz w:val="24"/>
          <w:szCs w:val="24"/>
        </w:rPr>
      </w:pPr>
      <w:r w:rsidRPr="4C25DE1C">
        <w:rPr>
          <w:rFonts w:ascii="Arial Narrow" w:hAnsi="Arial Narrow"/>
          <w:sz w:val="24"/>
          <w:szCs w:val="24"/>
        </w:rPr>
        <w:t>V případě náhlých zdravotních obtíží souhlasím s tím, aby pedagogický doprovod zajistil nezbytnou zdravotní pomoc a bez zbytečného odkladu mě kontaktoval. Tento souhlas nenahrazuje souhlasy vyžadované poskytovatelem zdravotních služeb.</w:t>
      </w:r>
    </w:p>
    <w:p w14:paraId="58BD7894" w14:textId="75F5DE0F" w:rsidR="00F815A5" w:rsidRDefault="00F815A5" w:rsidP="4C25DE1C">
      <w:pPr>
        <w:spacing w:after="0"/>
        <w:rPr>
          <w:rFonts w:ascii="Arial Narrow" w:hAnsi="Arial Narrow"/>
          <w:sz w:val="24"/>
          <w:szCs w:val="24"/>
        </w:rPr>
      </w:pPr>
    </w:p>
    <w:p w14:paraId="4314C598" w14:textId="25570581" w:rsidR="00EF3B7D" w:rsidRPr="007B4BAE" w:rsidRDefault="7DB332F9" w:rsidP="4C25DE1C">
      <w:pPr>
        <w:spacing w:after="0"/>
        <w:rPr>
          <w:rFonts w:ascii="Arial Narrow" w:hAnsi="Arial Narrow"/>
          <w:sz w:val="24"/>
          <w:szCs w:val="24"/>
        </w:rPr>
      </w:pPr>
      <w:r w:rsidRPr="4C25DE1C">
        <w:rPr>
          <w:rFonts w:ascii="Arial Narrow" w:hAnsi="Arial Narrow"/>
          <w:sz w:val="24"/>
          <w:szCs w:val="24"/>
        </w:rPr>
        <w:t>Datum: ____________________     Podpis zákonného zástupce: __________________________</w:t>
      </w:r>
    </w:p>
    <w:sectPr w:rsidR="00EF3B7D" w:rsidRPr="007B4BAE" w:rsidSect="00034616">
      <w:headerReference w:type="default" r:id="rId12"/>
      <w:footerReference w:type="default" r:id="rId13"/>
      <w:pgSz w:w="12240" w:h="15840"/>
      <w:pgMar w:top="680" w:right="1134" w:bottom="62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E876" w14:textId="77777777" w:rsidR="00E81A22" w:rsidRDefault="00E81A22">
      <w:pPr>
        <w:spacing w:after="0" w:line="240" w:lineRule="auto"/>
      </w:pPr>
      <w:r>
        <w:separator/>
      </w:r>
    </w:p>
  </w:endnote>
  <w:endnote w:type="continuationSeparator" w:id="0">
    <w:p w14:paraId="7DB11482" w14:textId="77777777" w:rsidR="00E81A22" w:rsidRDefault="00E81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4C25DE1C" w14:paraId="66186BF7" w14:textId="77777777" w:rsidTr="4C25DE1C">
      <w:trPr>
        <w:trHeight w:val="300"/>
      </w:trPr>
      <w:tc>
        <w:tcPr>
          <w:tcW w:w="3320" w:type="dxa"/>
        </w:tcPr>
        <w:p w14:paraId="1BCB8E69" w14:textId="2A8A65BB" w:rsidR="4C25DE1C" w:rsidRDefault="4C25DE1C" w:rsidP="4C25DE1C">
          <w:pPr>
            <w:pStyle w:val="Zhlav"/>
            <w:ind w:left="-115"/>
          </w:pPr>
        </w:p>
      </w:tc>
      <w:tc>
        <w:tcPr>
          <w:tcW w:w="3320" w:type="dxa"/>
        </w:tcPr>
        <w:p w14:paraId="195C3688" w14:textId="345E4133" w:rsidR="4C25DE1C" w:rsidRDefault="4C25DE1C" w:rsidP="4C25DE1C">
          <w:pPr>
            <w:pStyle w:val="Zhlav"/>
            <w:jc w:val="center"/>
          </w:pPr>
        </w:p>
      </w:tc>
      <w:tc>
        <w:tcPr>
          <w:tcW w:w="3320" w:type="dxa"/>
        </w:tcPr>
        <w:p w14:paraId="1539CAC4" w14:textId="5943FB66" w:rsidR="4C25DE1C" w:rsidRDefault="4C25DE1C" w:rsidP="4C25DE1C">
          <w:pPr>
            <w:pStyle w:val="Zhlav"/>
            <w:ind w:right="-115"/>
            <w:jc w:val="right"/>
          </w:pPr>
        </w:p>
      </w:tc>
    </w:tr>
  </w:tbl>
  <w:p w14:paraId="7DA9A4BD" w14:textId="33B01A1D" w:rsidR="4C25DE1C" w:rsidRDefault="4C25DE1C" w:rsidP="4C25DE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9C506" w14:textId="77777777" w:rsidR="00E81A22" w:rsidRDefault="00E81A22">
      <w:pPr>
        <w:spacing w:after="0" w:line="240" w:lineRule="auto"/>
      </w:pPr>
      <w:r>
        <w:separator/>
      </w:r>
    </w:p>
  </w:footnote>
  <w:footnote w:type="continuationSeparator" w:id="0">
    <w:p w14:paraId="628FF30D" w14:textId="77777777" w:rsidR="00E81A22" w:rsidRDefault="00E81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1800"/>
      <w:gridCol w:w="4840"/>
      <w:gridCol w:w="3320"/>
    </w:tblGrid>
    <w:tr w:rsidR="4C25DE1C" w14:paraId="74553D35" w14:textId="77777777" w:rsidTr="4C25DE1C">
      <w:trPr>
        <w:trHeight w:val="300"/>
      </w:trPr>
      <w:tc>
        <w:tcPr>
          <w:tcW w:w="1800" w:type="dxa"/>
        </w:tcPr>
        <w:p w14:paraId="2BABFD9E" w14:textId="2608969D" w:rsidR="4C25DE1C" w:rsidRDefault="4C25DE1C" w:rsidP="4C25DE1C">
          <w:pPr>
            <w:pStyle w:val="Zhlav"/>
            <w:ind w:left="-115"/>
          </w:pPr>
          <w:r>
            <w:t xml:space="preserve">ČÍSLO VÝJEZDU: </w:t>
          </w:r>
          <w:r w:rsidR="00F54088">
            <w:t>2026</w:t>
          </w:r>
          <w:r w:rsidR="00AD4FFD">
            <w:t>54</w:t>
          </w:r>
        </w:p>
      </w:tc>
      <w:tc>
        <w:tcPr>
          <w:tcW w:w="4840" w:type="dxa"/>
        </w:tcPr>
        <w:p w14:paraId="27D3881B" w14:textId="5873391B" w:rsidR="4C25DE1C" w:rsidRDefault="4C25DE1C" w:rsidP="4C25DE1C">
          <w:pPr>
            <w:pStyle w:val="Zhlav"/>
            <w:jc w:val="center"/>
          </w:pPr>
        </w:p>
      </w:tc>
      <w:tc>
        <w:tcPr>
          <w:tcW w:w="3320" w:type="dxa"/>
        </w:tcPr>
        <w:p w14:paraId="585AA384" w14:textId="12C201B8" w:rsidR="4C25DE1C" w:rsidRDefault="4C25DE1C" w:rsidP="4C25DE1C">
          <w:pPr>
            <w:pStyle w:val="Zhlav"/>
            <w:ind w:right="-115"/>
            <w:jc w:val="right"/>
          </w:pPr>
        </w:p>
      </w:tc>
    </w:tr>
  </w:tbl>
  <w:p w14:paraId="10FA7501" w14:textId="7F170256" w:rsidR="4C25DE1C" w:rsidRDefault="4C25DE1C" w:rsidP="4C25DE1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4311FB"/>
    <w:multiLevelType w:val="hybridMultilevel"/>
    <w:tmpl w:val="34E001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2687655">
    <w:abstractNumId w:val="8"/>
  </w:num>
  <w:num w:numId="2" w16cid:durableId="62945937">
    <w:abstractNumId w:val="6"/>
  </w:num>
  <w:num w:numId="3" w16cid:durableId="843012903">
    <w:abstractNumId w:val="5"/>
  </w:num>
  <w:num w:numId="4" w16cid:durableId="1121535580">
    <w:abstractNumId w:val="4"/>
  </w:num>
  <w:num w:numId="5" w16cid:durableId="307902934">
    <w:abstractNumId w:val="7"/>
  </w:num>
  <w:num w:numId="6" w16cid:durableId="1583755991">
    <w:abstractNumId w:val="3"/>
  </w:num>
  <w:num w:numId="7" w16cid:durableId="271013870">
    <w:abstractNumId w:val="2"/>
  </w:num>
  <w:num w:numId="8" w16cid:durableId="790975113">
    <w:abstractNumId w:val="1"/>
  </w:num>
  <w:num w:numId="9" w16cid:durableId="546378527">
    <w:abstractNumId w:val="0"/>
  </w:num>
  <w:num w:numId="10" w16cid:durableId="11553013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4E5"/>
    <w:rsid w:val="000E49F6"/>
    <w:rsid w:val="001459B5"/>
    <w:rsid w:val="0015074B"/>
    <w:rsid w:val="001B177A"/>
    <w:rsid w:val="001D046D"/>
    <w:rsid w:val="00287180"/>
    <w:rsid w:val="0029639D"/>
    <w:rsid w:val="00326F90"/>
    <w:rsid w:val="003A10DB"/>
    <w:rsid w:val="004208EB"/>
    <w:rsid w:val="004B5F90"/>
    <w:rsid w:val="005E7ED6"/>
    <w:rsid w:val="00633AC2"/>
    <w:rsid w:val="00656785"/>
    <w:rsid w:val="006600B9"/>
    <w:rsid w:val="00660227"/>
    <w:rsid w:val="006A4B0B"/>
    <w:rsid w:val="006D5CA8"/>
    <w:rsid w:val="00754907"/>
    <w:rsid w:val="007B4BAE"/>
    <w:rsid w:val="007C5E3E"/>
    <w:rsid w:val="00812084"/>
    <w:rsid w:val="00826251"/>
    <w:rsid w:val="008D379B"/>
    <w:rsid w:val="008E37BE"/>
    <w:rsid w:val="009304D3"/>
    <w:rsid w:val="009703EF"/>
    <w:rsid w:val="009F6FBE"/>
    <w:rsid w:val="00A70008"/>
    <w:rsid w:val="00AA1D8D"/>
    <w:rsid w:val="00AD4FFD"/>
    <w:rsid w:val="00B47730"/>
    <w:rsid w:val="00CA2DE5"/>
    <w:rsid w:val="00CB0664"/>
    <w:rsid w:val="00CE07A7"/>
    <w:rsid w:val="00D31B66"/>
    <w:rsid w:val="00D554A0"/>
    <w:rsid w:val="00D64FD0"/>
    <w:rsid w:val="00DC21DE"/>
    <w:rsid w:val="00DE3A3C"/>
    <w:rsid w:val="00E71518"/>
    <w:rsid w:val="00E81A22"/>
    <w:rsid w:val="00E8441D"/>
    <w:rsid w:val="00EA7CAA"/>
    <w:rsid w:val="00ED3591"/>
    <w:rsid w:val="00ED3F1E"/>
    <w:rsid w:val="00EF3B7D"/>
    <w:rsid w:val="00F349E8"/>
    <w:rsid w:val="00F44754"/>
    <w:rsid w:val="00F54088"/>
    <w:rsid w:val="00F73BA9"/>
    <w:rsid w:val="00F815A5"/>
    <w:rsid w:val="00FC693F"/>
    <w:rsid w:val="00FD3C91"/>
    <w:rsid w:val="055BC3E4"/>
    <w:rsid w:val="083D9D87"/>
    <w:rsid w:val="0AC5CE00"/>
    <w:rsid w:val="0B276E55"/>
    <w:rsid w:val="0FAEC248"/>
    <w:rsid w:val="1162FFFC"/>
    <w:rsid w:val="1210E8B8"/>
    <w:rsid w:val="142C9716"/>
    <w:rsid w:val="157F1D57"/>
    <w:rsid w:val="1BAD43CF"/>
    <w:rsid w:val="2045D34C"/>
    <w:rsid w:val="266EFE80"/>
    <w:rsid w:val="2931B7A7"/>
    <w:rsid w:val="2C0E2E00"/>
    <w:rsid w:val="2C2513BC"/>
    <w:rsid w:val="2E0E1136"/>
    <w:rsid w:val="32A150F0"/>
    <w:rsid w:val="342AD7BB"/>
    <w:rsid w:val="34DA720D"/>
    <w:rsid w:val="3813552B"/>
    <w:rsid w:val="3DC6A49A"/>
    <w:rsid w:val="3DE64C13"/>
    <w:rsid w:val="412DF0EB"/>
    <w:rsid w:val="428CB7DF"/>
    <w:rsid w:val="4402B3EC"/>
    <w:rsid w:val="44657493"/>
    <w:rsid w:val="463AFE8D"/>
    <w:rsid w:val="4683B0B1"/>
    <w:rsid w:val="48B36CB6"/>
    <w:rsid w:val="49686181"/>
    <w:rsid w:val="4C25DE1C"/>
    <w:rsid w:val="4CFDD809"/>
    <w:rsid w:val="4FE8E661"/>
    <w:rsid w:val="538D766A"/>
    <w:rsid w:val="54CCF639"/>
    <w:rsid w:val="55CDC778"/>
    <w:rsid w:val="5AD0481F"/>
    <w:rsid w:val="632DA6A7"/>
    <w:rsid w:val="644026C8"/>
    <w:rsid w:val="6513737C"/>
    <w:rsid w:val="6914FB31"/>
    <w:rsid w:val="69312DA8"/>
    <w:rsid w:val="69871544"/>
    <w:rsid w:val="6AF25E34"/>
    <w:rsid w:val="77B2C6C0"/>
    <w:rsid w:val="797CE05A"/>
    <w:rsid w:val="7C4D30FB"/>
    <w:rsid w:val="7DB332F9"/>
    <w:rsid w:val="7E4B71DC"/>
    <w:rsid w:val="7FD2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6E032E3-563E-4AC3-A4DB-9A492FCC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8E37B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E3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56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pojeni.c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601</Words>
  <Characters>3549</Characters>
  <Application>Microsoft Office Word</Application>
  <DocSecurity>0</DocSecurity>
  <Lines>29</Lines>
  <Paragraphs>8</Paragraphs>
  <ScaleCrop>false</ScaleCrop>
  <Manager/>
  <Company/>
  <LinksUpToDate>false</LinksUpToDate>
  <CharactersWithSpaces>4142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Radek Ivanov</cp:lastModifiedBy>
  <cp:revision>44</cp:revision>
  <dcterms:created xsi:type="dcterms:W3CDTF">2013-12-23T23:15:00Z</dcterms:created>
  <dcterms:modified xsi:type="dcterms:W3CDTF">2026-10-20T11:37:00Z</dcterms:modified>
  <cp:category/>
</cp:coreProperties>
</file>